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הסיפור שלי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עבודה לתכנון סיפור חברתי · עולים חדשים – עברית פשוטה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בחוברת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המצב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אני מרגיש/ה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אחרים מרגישים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אני יכול/ה לנסות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משפט חיזוק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תכנון העמודים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בדיקת איזון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כרטיסי משפטים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יומן 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🔒 כותבים רק כינוי – לא שם מלא, לא שם בית ספר ולא פרטים אישיים.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🌍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עברית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 · Русский · አማርኛ · العربية · Français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situation · ситуация · ሁኔታ · موقف · situation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feeling · чувство · ስሜት · شعور · sentiment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 · попробовать · መሞከር · أن أجرّب · essayer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help · помощь · እርዳታ · مساعدة · aide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התרגומים: לוודא עם דובר/ת השפה.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1 · המצב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מה הסיפור? (מצב אחד)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איפה?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מתי?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 שם?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2 · מה אני מרגיש/ה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סמנו ☐ ליד הרגש (אפשר יותר מאחד):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רגש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😊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דאגה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כעס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😮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הפתעה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רוגע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בלבול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גורם לי להרגיש כך?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3 · מה אחרים מרגישים או חושבים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עוד נמצא במצב? מה הוא/היא אולי מרגיש/ה?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4 · מה אני יכול/ה לנסות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סמנו 1–2 דברים שעוזרים לי: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עוזר 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לאט ולספור עד 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 ממבוגר/ת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אוזניות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ללכת לפינה שקטה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לשתות מים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לחבק חפץ מרגיע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במילים מה אני צריך/ה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 או לכתוב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אחר: ____________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5 · משפט חיזוק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חם שאני רוצה לשמוע בסוף. למשל: “אני גאה בעצמי.” “כל צעד קטן הוא הצלחה.”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6 · תכנון העמודים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עמוד: מה רואים בתמונה ומה כתוב. סמנו את סוג המשפט: ת = תיאור · נ = נקודת מבט · ח = חיזוק · י = אני יכול/ה לנסות.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עמוד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רואים בתמונה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כתוב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7 · בדיקת איזון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משפט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כמה עמודים?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📍 תיאור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💭 נקודת מבט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חיזוק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 אני יכול/ה 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☐ יש לפחות פי 2 משפטי תיאור, נקודת מבט וחיזוק לעומת “אני יכול/ה לנסות”.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☐ העמוד האחרון הוא חיזוק.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8 · כרטיסי משפטים לגזירה – מיינו לפי סוג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בהפסקה הרבה ילדים יוצאים לחצר.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לפעמים יש רעש חזק.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המורה שמחה כשאני מצטרף/ת.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גם חברים שלי מרגישים לפעמים לחץ.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זה בסדר להרגיש ככה.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כל צעד קטן הוא הצלחה.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לנשום לאט.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לבקש עזרה.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ADB5BD"/>
                <w:sz w:val="24"/>
                <w:rtl/>
                <w:szCs w:val="24"/>
                <w:bCs/>
              </w:rPr>
              <w:t>ריק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9 · יומן קריאה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תאריך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קראתי עם…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איך הרגשתי? 😊 😐 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10 ·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מהסיפור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אני רוצה לנסות בפעם הבאה: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מרגיש/ה עכשיו?   😊   😐   😟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הסיפור שלי – חוברת עבודה · עולים חדשים – עברית פשוטה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