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📘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A63C06"/>
          <w:sz w:val="48"/>
          <w:rtl/>
          <w:szCs w:val="48"/>
          <w:bCs/>
        </w:rPr>
        <w:t>הסיפור שלי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חוברת עבודה לתכנון סיפור חברתי · חנ״מ – מסמנים במקום לכתוב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בחוברת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המצב שלי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מה אני מרגיש/ה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3. מה אחרים מרגישים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4. מה אני יכול/ה לנסות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5. משפט חיזוק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6. תכנון העמודים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7. בדיקת איזון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8. כרטיסי משפטים לגזירה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9. יומן קריאה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10.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🔒 כותבים רק כינוי – לא שם מלא, לא שם בית ספר ולא פרטים אישיים.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b/>
          <w:color w:val="2B8A3E"/>
          <w:sz w:val="26"/>
          <w:rtl/>
          <w:szCs w:val="26"/>
          <w:bCs/>
        </w:rPr>
        <w:t>▌ 1 · המצב שלי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על מה הסיפור? (מצב אחד)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5213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מצב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תור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רעש חזק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שינוי בתוכנית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מקום חדש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משחק עם חברים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אחר: ____________</w:t>
            </w:r>
          </w:p>
        </w:tc>
      </w:tr>
    </w:tbl>
    <w:p>
      <w:pPr>
        <w:bidi/>
        <w:jc w:val="right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איפה?</w:t>
            </w:r>
          </w:p>
        </w:tc>
        <w:tc>
          <w:tcPr>
            <w:tcW w:type="dxa" w:w="347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מתי?</w:t>
            </w:r>
          </w:p>
        </w:tc>
        <w:tc>
          <w:tcPr>
            <w:tcW w:type="dxa" w:w="347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מי שם?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2B8A3E"/>
          <w:sz w:val="26"/>
          <w:rtl/>
          <w:szCs w:val="26"/>
          <w:bCs/>
        </w:rPr>
        <w:t>▌ 2 · מה אני מרגיש/ה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סמנו ☐ ליד הרגש (אפשר יותר מאחד):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רגש</w:t>
            </w:r>
          </w:p>
        </w:tc>
        <w:tc>
          <w:tcPr>
            <w:tcW w:type="dxa" w:w="2606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רגש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 😊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שמחה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 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דאגה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 😠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כעס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 😢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עצב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 😮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הפתעה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 😌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רוגע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 😳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מבוכה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 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בלבול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2B8A3E"/>
          <w:sz w:val="26"/>
          <w:rtl/>
          <w:szCs w:val="26"/>
          <w:bCs/>
        </w:rPr>
        <w:t>▌ 3 · מה אחרים מרגישים או חושבים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מי עוד נמצא במצב? מה הוא/היא אולי מרגיש/ה?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08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מי?</w:t>
            </w:r>
          </w:p>
        </w:tc>
        <w:tc>
          <w:tcPr>
            <w:tcW w:type="dxa" w:w="208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😊</w:t>
            </w:r>
          </w:p>
        </w:tc>
        <w:tc>
          <w:tcPr>
            <w:tcW w:type="dxa" w:w="208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😟</w:t>
            </w:r>
          </w:p>
        </w:tc>
        <w:tc>
          <w:tcPr>
            <w:tcW w:type="dxa" w:w="208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מורה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חבר/ה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הורה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color w:val="2B8A3E"/>
          <w:sz w:val="26"/>
          <w:rtl/>
          <w:szCs w:val="26"/>
          <w:bCs/>
        </w:rPr>
        <w:t>▌ 4 · מה אני יכול/ה לנסות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סמנו 1–2 דברים שעוזרים לי: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5213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מה עוזר לי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לנשום לאט ולספור עד 5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לבקש עזרה ממבוגר/ת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לשים אוזניות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ללכת לפינה שקטה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לשתות מים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לחבק חפץ מרגיע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להגיד במילים מה אני צריך/ה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לצייר או לכתוב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אחר: ____________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2B8A3E"/>
          <w:sz w:val="26"/>
          <w:rtl/>
          <w:szCs w:val="26"/>
          <w:bCs/>
        </w:rPr>
        <w:t>▌ 5 · משפט חיזוק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משפט חם שאני רוצה לשמוע בסוף. למשל: “אני גאה בעצמי.” “כל צעד קטן הוא הצלחה.”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5213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אני גאה בעצמי.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זה בסדר להרגיש ככה.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אני לא לבד.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6 · תכנון העמודים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בכל עמוד: מה רואים בתמונה ומה כתוב. סמנו את סוג המשפט: ת = תיאור · נ = נקודת מבט · ח = חיזוק · י = אני יכול/ה לנסות.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עמוד</w:t>
            </w:r>
          </w:p>
        </w:tc>
        <w:tc>
          <w:tcPr>
            <w:tcW w:type="dxa" w:w="2606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מה רואים בתמונה</w:t>
            </w:r>
          </w:p>
        </w:tc>
        <w:tc>
          <w:tcPr>
            <w:tcW w:type="dxa" w:w="2606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מה כתוב</w:t>
            </w:r>
          </w:p>
        </w:tc>
        <w:tc>
          <w:tcPr>
            <w:tcW w:type="dxa" w:w="2606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סוג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 / נ / ח / י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 / נ / ח / י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 / נ / ח / י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 / נ / ח / י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 / נ / ח / י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2B8A3E"/>
          <w:sz w:val="26"/>
          <w:rtl/>
          <w:szCs w:val="26"/>
          <w:bCs/>
        </w:rPr>
        <w:t>▌ 7 · בדיקת איזון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סוג משפט</w:t>
            </w:r>
          </w:p>
        </w:tc>
        <w:tc>
          <w:tcPr>
            <w:tcW w:type="dxa" w:w="5213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כמה עמודים?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📍 תיאור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💭 נקודת מבט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🌟 חיזוק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🧭 אני יכול/ה לנסות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☐ יש לפחות פי 2 משפטי תיאור, נקודת מבט וחיזוק לעומת “אני יכול/ה לנסות”.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☐ העמוד האחרון הוא חיזוק.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8 · כרטיסי משפטים לגזירה – מיינו לפי סוג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88888"/>
          <w:left w:val="dashed" w:sz="8" w:color="888888"/>
          <w:bottom w:val="dashed" w:sz="8" w:color="888888"/>
          <w:right w:val="dashed" w:sz="8" w:color="888888"/>
          <w:insideH w:val="dashed" w:sz="8" w:color="888888"/>
          <w:insideV w:val="dashed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📍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4DABF7"/>
                <w:sz w:val="24"/>
                <w:rtl/>
                <w:szCs w:val="24"/>
                <w:bCs/>
              </w:rPr>
              <w:t>תיאור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בהפסקה הרבה ילדים יוצאים לחצר.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📍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4DABF7"/>
                <w:sz w:val="24"/>
                <w:rtl/>
                <w:szCs w:val="24"/>
                <w:bCs/>
              </w:rPr>
              <w:t>תיאור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לפעמים יש רעש חזק.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💭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9775FA"/>
                <w:sz w:val="24"/>
                <w:rtl/>
                <w:szCs w:val="24"/>
                <w:bCs/>
              </w:rPr>
              <w:t>נקודת מבט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המורה שמחה כשאני מצטרף/ת.</w:t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💭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9775FA"/>
                <w:sz w:val="24"/>
                <w:rtl/>
                <w:szCs w:val="24"/>
                <w:bCs/>
              </w:rPr>
              <w:t>נקודת מבט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גם חברים שלי מרגישים לפעמים לחץ.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FAB005"/>
                <w:sz w:val="24"/>
                <w:rtl/>
                <w:szCs w:val="24"/>
                <w:bCs/>
              </w:rPr>
              <w:t>חיזוק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זה בסדר להרגיש ככה.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FAB005"/>
                <w:sz w:val="24"/>
                <w:rtl/>
                <w:szCs w:val="24"/>
                <w:bCs/>
              </w:rPr>
              <w:t>חיזוק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כל צעד קטן הוא הצלחה.</w:t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🧭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0C997"/>
                <w:sz w:val="24"/>
                <w:rtl/>
                <w:szCs w:val="24"/>
                <w:bCs/>
              </w:rPr>
              <w:t>אני יכול/ה לנסות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אני יכול/ה לנשום לאט.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🧭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0C997"/>
                <w:sz w:val="24"/>
                <w:rtl/>
                <w:szCs w:val="24"/>
                <w:bCs/>
              </w:rPr>
              <w:t>אני יכול/ה לנסות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אני יכול/ה לבקש עזרה.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ADB5BD"/>
                <w:sz w:val="24"/>
                <w:rtl/>
                <w:szCs w:val="24"/>
                <w:bCs/>
              </w:rPr>
              <w:t>ריק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color w:val="2B8A3E"/>
          <w:sz w:val="26"/>
          <w:rtl/>
          <w:szCs w:val="26"/>
          <w:bCs/>
        </w:rPr>
        <w:t>▌ 9 · יומן קריאה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תאריך</w:t>
            </w:r>
          </w:p>
        </w:tc>
        <w:tc>
          <w:tcPr>
            <w:tcW w:type="dxa" w:w="347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קראתי עם…</w:t>
            </w:r>
          </w:p>
        </w:tc>
        <w:tc>
          <w:tcPr>
            <w:tcW w:type="dxa" w:w="347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איך הרגשתי? 😊 😐 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10 ·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משהו אחד שלמדתי מהסיפור שלי: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מה אני רוצה לנסות בפעם הבאה: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אני מרגיש/ה עכשיו?   😊   😐   😟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הסיפור שלי – חוברת עבודה · חנ״מ – מסמנים במקום לכתוב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